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4631A0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4631A0" w:rsidRDefault="004631A0">
            <w:pPr>
              <w:keepNext/>
              <w:jc w:val="center"/>
            </w:pPr>
            <w:r w:rsidRPr="008B0204"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2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4631A0" w:rsidRDefault="004631A0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4631A0">
        <w:trPr>
          <w:cantSplit/>
          <w:trHeight w:val="510"/>
        </w:trPr>
        <w:tc>
          <w:tcPr>
            <w:tcW w:w="1606" w:type="dxa"/>
            <w:vMerge/>
          </w:tcPr>
          <w:p w:rsidR="004631A0" w:rsidRDefault="004631A0"/>
        </w:tc>
        <w:tc>
          <w:tcPr>
            <w:tcW w:w="8030" w:type="dxa"/>
            <w:gridSpan w:val="3"/>
            <w:shd w:val="clear" w:color="auto" w:fill="F0F0F0"/>
          </w:tcPr>
          <w:p w:rsidR="004631A0" w:rsidRDefault="004631A0" w:rsidP="00983CB0">
            <w:pPr>
              <w:keepNext/>
            </w:pPr>
            <w:r>
              <w:rPr>
                <w:b/>
                <w:color w:val="0D5F78"/>
              </w:rPr>
              <w:t xml:space="preserve">Autoritatea administrației publice: </w:t>
            </w:r>
            <w:r w:rsidRPr="00F96AD6">
              <w:t>Primăria Municipiului Sfântu Gheorghe</w:t>
            </w:r>
          </w:p>
        </w:tc>
      </w:tr>
      <w:tr w:rsidR="004631A0">
        <w:trPr>
          <w:cantSplit/>
          <w:trHeight w:val="510"/>
        </w:trPr>
        <w:tc>
          <w:tcPr>
            <w:tcW w:w="1606" w:type="dxa"/>
            <w:vMerge/>
          </w:tcPr>
          <w:p w:rsidR="004631A0" w:rsidRDefault="004631A0"/>
        </w:tc>
        <w:tc>
          <w:tcPr>
            <w:tcW w:w="2409" w:type="dxa"/>
            <w:shd w:val="clear" w:color="auto" w:fill="F0F0F0"/>
          </w:tcPr>
          <w:p w:rsidR="004631A0" w:rsidRPr="00F801F2" w:rsidRDefault="004631A0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4631A0" w:rsidRDefault="004631A0" w:rsidP="00983CB0">
            <w:pPr>
              <w:keepNext/>
            </w:pPr>
          </w:p>
          <w:p w:rsidR="004631A0" w:rsidRPr="00F801F2" w:rsidRDefault="004631A0" w:rsidP="00983CB0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5C4988" w:rsidRPr="005C4988" w:rsidRDefault="004631A0" w:rsidP="005C4988">
            <w:pPr>
              <w:keepNext/>
            </w:pPr>
            <w:r>
              <w:rPr>
                <w:b/>
                <w:color w:val="0D5F78"/>
              </w:rPr>
              <w:t>Adresa oficială</w:t>
            </w:r>
            <w:r w:rsidR="005C4988">
              <w:rPr>
                <w:b/>
                <w:color w:val="0D5F78"/>
              </w:rPr>
              <w:t xml:space="preserve">: </w:t>
            </w:r>
            <w:r w:rsidR="005C4988" w:rsidRPr="005C4988">
              <w:rPr>
                <w:i/>
              </w:rPr>
              <w:t>Str. 1 Decembrie 1918 nr. 2 • 520008 Sfântu Gheorghe • Jud. Covasna •</w:t>
            </w:r>
            <w:r w:rsidR="005C4988" w:rsidRPr="005C4988">
              <w:rPr>
                <w:i/>
              </w:rPr>
              <w:br/>
              <w:t>România, Telefon: +40 267 316 957 • Fax: +40 267 311 243</w:t>
            </w:r>
            <w:r w:rsidR="005C4988" w:rsidRPr="005C4988">
              <w:rPr>
                <w:i/>
              </w:rPr>
              <w:br/>
              <w:t>E-mail: </w:t>
            </w:r>
            <w:hyperlink r:id="rId9" w:tgtFrame="_blank" w:history="1">
              <w:r w:rsidR="005C4988" w:rsidRPr="005C4988">
                <w:rPr>
                  <w:rStyle w:val="Hyperlink"/>
                  <w:i/>
                </w:rPr>
                <w:t>info@sepsi.ro</w:t>
              </w:r>
            </w:hyperlink>
            <w:r w:rsidR="005C4988" w:rsidRPr="005C4988">
              <w:rPr>
                <w:i/>
              </w:rPr>
              <w:t> • </w:t>
            </w:r>
            <w:hyperlink r:id="rId10" w:tgtFrame="_blank" w:history="1">
              <w:r w:rsidR="005C4988" w:rsidRPr="005C4988">
                <w:rPr>
                  <w:rStyle w:val="Hyperlink"/>
                  <w:i/>
                </w:rPr>
                <w:t>www.sfantugheorgheinfo.ro</w:t>
              </w:r>
            </w:hyperlink>
            <w:r w:rsidR="005C4988" w:rsidRPr="005C4988">
              <w:rPr>
                <w:i/>
              </w:rPr>
              <w:t> / </w:t>
            </w:r>
            <w:hyperlink r:id="rId11" w:tgtFrame="_blank" w:history="1">
              <w:r w:rsidR="005C4988" w:rsidRPr="005C4988">
                <w:rPr>
                  <w:rStyle w:val="Hyperlink"/>
                  <w:i/>
                </w:rPr>
                <w:t>www.sepsi.ro</w:t>
              </w:r>
            </w:hyperlink>
          </w:p>
          <w:p w:rsidR="004631A0" w:rsidRDefault="004631A0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1606" w:type="dxa"/>
            <w:vMerge/>
          </w:tcPr>
          <w:p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A11ECC" w:rsidRDefault="00A11ECC">
            <w:pPr>
              <w:keepNext/>
            </w:pPr>
          </w:p>
        </w:tc>
      </w:tr>
      <w:tr w:rsidR="00A11ECC" w:rsidRPr="00182EDC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A11ECC" w:rsidRPr="00E6757A" w:rsidRDefault="001E62DC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p w:rsidR="00A11ECC" w:rsidRPr="00182EDC" w:rsidRDefault="001E62DC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:rsidR="00A11ECC" w:rsidRDefault="001E62DC">
      <w:pPr>
        <w:spacing w:after="120"/>
        <w:jc w:val="center"/>
      </w:pPr>
      <w:r>
        <w:rPr>
          <w:sz w:val="19"/>
        </w:rPr>
        <w:t>privind începerea execuției lucrărilor</w:t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11ECC">
        <w:trPr>
          <w:cantSplit/>
        </w:trPr>
        <w:tc>
          <w:tcPr>
            <w:tcW w:w="9636" w:type="dxa"/>
            <w:shd w:val="clear" w:color="auto" w:fill="F4F4F4"/>
          </w:tcPr>
          <w:p w:rsidR="00A11ECC" w:rsidRDefault="001E62D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>
        <w:trPr>
          <w:cantSplit/>
          <w:trHeight w:val="510"/>
        </w:trPr>
        <w:tc>
          <w:tcPr>
            <w:tcW w:w="9636" w:type="dxa"/>
          </w:tcPr>
          <w:p w:rsidR="00A11ECC" w:rsidRPr="00E6757A" w:rsidRDefault="001E62DC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Instituția</w:t>
            </w:r>
          </w:p>
          <w:p w:rsidR="00A11ECC" w:rsidRPr="00E6757A" w:rsidRDefault="001E62DC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1E62DC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1E62DC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5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1E62D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1E62D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1E62D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>
        <w:trPr>
          <w:cantSplit/>
          <w:trHeight w:val="510"/>
        </w:trPr>
        <w:tc>
          <w:tcPr>
            <w:tcW w:w="4015" w:type="dxa"/>
            <w:gridSpan w:val="3"/>
          </w:tcPr>
          <w:p w:rsidR="00A11ECC" w:rsidRDefault="001E62DC">
            <w:r>
              <w:rPr>
                <w:b/>
                <w:color w:val="0D5F78"/>
              </w:rPr>
              <w:t>Telefon / fax</w:t>
            </w:r>
          </w:p>
          <w:p w:rsidR="00A11ECC" w:rsidRDefault="00A11ECC"/>
        </w:tc>
        <w:tc>
          <w:tcPr>
            <w:tcW w:w="5621" w:type="dxa"/>
            <w:gridSpan w:val="5"/>
          </w:tcPr>
          <w:p w:rsidR="00A11ECC" w:rsidRDefault="001E62DC">
            <w:r>
              <w:rPr>
                <w:b/>
                <w:color w:val="0D5F78"/>
              </w:rPr>
              <w:t>E-mail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A11ECC" w:rsidRPr="00182ED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E6757A" w:rsidRDefault="001E62DC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11ECC" w:rsidRDefault="00A11ECC">
            <w:pPr>
              <w:keepNext/>
            </w:pPr>
          </w:p>
        </w:tc>
        <w:tc>
          <w:tcPr>
            <w:tcW w:w="5621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1E62DC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E6757A" w:rsidRDefault="001E62DC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>
        <w:trPr>
          <w:cantSplit/>
          <w:trHeight w:val="510"/>
        </w:trPr>
        <w:tc>
          <w:tcPr>
            <w:tcW w:w="9636" w:type="dxa"/>
            <w:gridSpan w:val="3"/>
          </w:tcPr>
          <w:p w:rsidR="00A11ECC" w:rsidRDefault="001E62DC">
            <w:r>
              <w:rPr>
                <w:b/>
                <w:color w:val="0D5F78"/>
              </w:rPr>
              <w:t>în valoare de (lei)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p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A11ECC">
        <w:trPr>
          <w:cantSplit/>
          <w:trHeight w:val="510"/>
        </w:trPr>
        <w:tc>
          <w:tcPr>
            <w:tcW w:w="2409" w:type="dxa"/>
          </w:tcPr>
          <w:p w:rsidR="00A11ECC" w:rsidRDefault="001E62DC">
            <w:r>
              <w:rPr>
                <w:b/>
                <w:color w:val="0D5F78"/>
              </w:rPr>
              <w:t>Că la data de</w:t>
            </w:r>
          </w:p>
          <w:p w:rsidR="00A11ECC" w:rsidRDefault="00A11ECC"/>
        </w:tc>
        <w:tc>
          <w:tcPr>
            <w:tcW w:w="1606" w:type="dxa"/>
          </w:tcPr>
          <w:p w:rsidR="00A11ECC" w:rsidRDefault="001E62DC">
            <w:r>
              <w:rPr>
                <w:b/>
                <w:color w:val="0D5F78"/>
              </w:rPr>
              <w:t>ora</w:t>
            </w:r>
          </w:p>
          <w:p w:rsidR="00A11ECC" w:rsidRDefault="00A11ECC"/>
        </w:tc>
        <w:tc>
          <w:tcPr>
            <w:tcW w:w="5621" w:type="dxa"/>
          </w:tcPr>
          <w:p w:rsidR="00A11ECC" w:rsidRPr="00E6757A" w:rsidRDefault="001E62DC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vor începe lucrările de construcții autorizate</w:t>
            </w:r>
          </w:p>
          <w:p w:rsidR="00A11ECC" w:rsidRDefault="001E62DC">
            <w:r>
              <w:rPr>
                <w:i/>
                <w:color w:val="7A7A7A"/>
              </w:rPr>
              <w:t>pentru imobilul de mai jos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A11ECC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11ECC" w:rsidRDefault="001E62D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>
        <w:trPr>
          <w:cantSplit/>
        </w:trPr>
        <w:tc>
          <w:tcPr>
            <w:tcW w:w="9636" w:type="dxa"/>
            <w:gridSpan w:val="6"/>
          </w:tcPr>
          <w:p w:rsidR="00A11ECC" w:rsidRDefault="001E62D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3"/>
          </w:tcPr>
          <w:p w:rsidR="00A11ECC" w:rsidRPr="00E6757A" w:rsidRDefault="001E62DC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Număr cadastral</w:t>
            </w:r>
          </w:p>
          <w:p w:rsidR="00A11ECC" w:rsidRPr="00E6757A" w:rsidRDefault="001E62DC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dacă imobilul e înscris în e-Terra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11ECC" w:rsidRDefault="001E62DC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A11ECC" w:rsidRDefault="00A11ECC">
            <w:pPr>
              <w:keepNext/>
            </w:pPr>
          </w:p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1E62D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1E62DC">
            <w:r>
              <w:rPr>
                <w:b/>
                <w:color w:val="0D5F78"/>
              </w:rPr>
              <w:t>Data</w:t>
            </w:r>
          </w:p>
          <w:p w:rsidR="00A11ECC" w:rsidRDefault="00A11ECC"/>
        </w:tc>
        <w:tc>
          <w:tcPr>
            <w:tcW w:w="4818" w:type="dxa"/>
          </w:tcPr>
          <w:p w:rsidR="00A11ECC" w:rsidRDefault="001E62DC">
            <w:r>
              <w:rPr>
                <w:b/>
                <w:color w:val="0D5F78"/>
              </w:rPr>
              <w:t>Titularul autorizației</w:t>
            </w:r>
          </w:p>
          <w:p w:rsidR="00A11ECC" w:rsidRDefault="00A11ECC"/>
        </w:tc>
        <w:tc>
          <w:tcPr>
            <w:tcW w:w="3212" w:type="dxa"/>
          </w:tcPr>
          <w:p w:rsidR="00A11ECC" w:rsidRDefault="001E62DC">
            <w:r>
              <w:rPr>
                <w:b/>
                <w:color w:val="0D5F78"/>
              </w:rPr>
              <w:t>Semnătura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11ECC" w:rsidRPr="00182EDC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1E62DC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626" w:rsidRDefault="00FD0626">
      <w:r>
        <w:separator/>
      </w:r>
    </w:p>
  </w:endnote>
  <w:endnote w:type="continuationSeparator" w:id="0">
    <w:p w:rsidR="00FD0626" w:rsidRDefault="00FD0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CC" w:rsidRDefault="001E62DC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 w:rsidR="00986C6C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986C6C">
      <w:rPr>
        <w:color w:val="595959"/>
      </w:rPr>
      <w:fldChar w:fldCharType="separate"/>
    </w:r>
    <w:r w:rsidR="005C4988">
      <w:rPr>
        <w:noProof/>
        <w:color w:val="595959"/>
      </w:rPr>
      <w:t>1</w:t>
    </w:r>
    <w:r w:rsidR="00986C6C">
      <w:rPr>
        <w:color w:val="595959"/>
      </w:rPr>
      <w:fldChar w:fldCharType="end"/>
    </w:r>
    <w:r>
      <w:rPr>
        <w:color w:val="595959"/>
      </w:rPr>
      <w:t xml:space="preserve"> din </w:t>
    </w:r>
    <w:r w:rsidR="00986C6C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986C6C">
      <w:rPr>
        <w:color w:val="595959"/>
      </w:rPr>
      <w:fldChar w:fldCharType="separate"/>
    </w:r>
    <w:r w:rsidR="005C4988">
      <w:rPr>
        <w:noProof/>
        <w:color w:val="595959"/>
      </w:rPr>
      <w:t>1</w:t>
    </w:r>
    <w:r w:rsidR="00986C6C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626" w:rsidRDefault="00FD0626">
      <w:r>
        <w:separator/>
      </w:r>
    </w:p>
  </w:footnote>
  <w:footnote w:type="continuationSeparator" w:id="0">
    <w:p w:rsidR="00FD0626" w:rsidRDefault="00FD06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A01C0"/>
    <w:rsid w:val="00123DA8"/>
    <w:rsid w:val="0015074B"/>
    <w:rsid w:val="00182EDC"/>
    <w:rsid w:val="001E62DC"/>
    <w:rsid w:val="001E6390"/>
    <w:rsid w:val="001F772B"/>
    <w:rsid w:val="0029639D"/>
    <w:rsid w:val="00326F90"/>
    <w:rsid w:val="004631A0"/>
    <w:rsid w:val="005C4988"/>
    <w:rsid w:val="006C103E"/>
    <w:rsid w:val="008B0204"/>
    <w:rsid w:val="008C52A1"/>
    <w:rsid w:val="00986C6C"/>
    <w:rsid w:val="00A11ECC"/>
    <w:rsid w:val="00AA1D8D"/>
    <w:rsid w:val="00B47730"/>
    <w:rsid w:val="00CB0664"/>
    <w:rsid w:val="00E61A6B"/>
    <w:rsid w:val="00E6757A"/>
    <w:rsid w:val="00F04ADA"/>
    <w:rsid w:val="00FC693F"/>
    <w:rsid w:val="00FD0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B0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49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2DDEB5-DA32-4E8E-83EC-3A3AA3C4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4</cp:revision>
  <dcterms:created xsi:type="dcterms:W3CDTF">2013-12-23T23:15:00Z</dcterms:created>
  <dcterms:modified xsi:type="dcterms:W3CDTF">2026-08-31T12:44:00Z</dcterms:modified>
  <cp:category/>
</cp:coreProperties>
</file>