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A11ECC" w:rsidTr="00781DF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A11ECC" w:rsidRDefault="00A11EC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B84E70">
              <w:rPr>
                <w:b/>
                <w:color w:val="0D5F78"/>
              </w:rPr>
              <w:t>:</w:t>
            </w:r>
            <w:r w:rsidR="00B84E70" w:rsidRPr="00B84E70">
              <w:rPr>
                <w:b/>
              </w:rPr>
              <w:t xml:space="preserve"> COVASNA</w:t>
            </w:r>
          </w:p>
          <w:p w:rsidR="00A11ECC" w:rsidRDefault="00A11ECC">
            <w:pPr>
              <w:keepNext/>
            </w:pPr>
          </w:p>
        </w:tc>
      </w:tr>
      <w:tr w:rsidR="00781DFE" w:rsidRPr="00B5567D" w:rsidTr="00781DFE">
        <w:trPr>
          <w:cantSplit/>
          <w:trHeight w:val="510"/>
        </w:trPr>
        <w:tc>
          <w:tcPr>
            <w:tcW w:w="1606" w:type="dxa"/>
            <w:vMerge/>
          </w:tcPr>
          <w:p w:rsidR="00781DFE" w:rsidRDefault="00781DFE" w:rsidP="00781DFE"/>
        </w:tc>
        <w:tc>
          <w:tcPr>
            <w:tcW w:w="8030" w:type="dxa"/>
            <w:gridSpan w:val="3"/>
            <w:shd w:val="clear" w:color="auto" w:fill="F0F0F0"/>
          </w:tcPr>
          <w:p w:rsidR="00781DFE" w:rsidRPr="00006396" w:rsidRDefault="00781DFE" w:rsidP="00781DFE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în </w:t>
            </w:r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 – Inspectoratul Teritorial în Construcții</w:t>
            </w:r>
          </w:p>
          <w:p w:rsidR="00781DFE" w:rsidRPr="00B5567D" w:rsidRDefault="00781DFE" w:rsidP="00781DFE">
            <w:pPr>
              <w:keepNext/>
              <w:rPr>
                <w:lang w:val="fr-FR"/>
              </w:rPr>
            </w:pPr>
          </w:p>
        </w:tc>
      </w:tr>
      <w:tr w:rsidR="00781DFE" w:rsidTr="00781DFE">
        <w:trPr>
          <w:cantSplit/>
          <w:trHeight w:val="510"/>
        </w:trPr>
        <w:tc>
          <w:tcPr>
            <w:tcW w:w="1606" w:type="dxa"/>
            <w:vMerge/>
          </w:tcPr>
          <w:p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:rsidR="00781DFE" w:rsidRPr="00E6757A" w:rsidRDefault="00781DFE" w:rsidP="00781DF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Cod de identificare fiscală (CIF)</w:t>
            </w:r>
          </w:p>
          <w:p w:rsidR="00B84E70" w:rsidRDefault="00B84E70" w:rsidP="00781DFE">
            <w:pPr>
              <w:keepNext/>
            </w:pPr>
          </w:p>
          <w:p w:rsidR="00781DFE" w:rsidRPr="00E6757A" w:rsidRDefault="00781DFE" w:rsidP="00781DFE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:rsidR="00781DFE" w:rsidRDefault="00781DFE" w:rsidP="00781DFE">
            <w:pPr>
              <w:keepNext/>
            </w:pPr>
            <w:r>
              <w:rPr>
                <w:i/>
                <w:color w:val="7A7A7A"/>
              </w:rPr>
              <w:t>sediul · telefon · e-mail</w:t>
            </w:r>
          </w:p>
          <w:p w:rsidR="00781DFE" w:rsidRDefault="00781DFE" w:rsidP="00781DFE">
            <w:pPr>
              <w:keepNext/>
            </w:pPr>
          </w:p>
        </w:tc>
      </w:tr>
      <w:tr w:rsidR="00781DFE" w:rsidTr="00781DFE">
        <w:trPr>
          <w:cantSplit/>
          <w:trHeight w:val="510"/>
        </w:trPr>
        <w:tc>
          <w:tcPr>
            <w:tcW w:w="1606" w:type="dxa"/>
            <w:vMerge/>
          </w:tcPr>
          <w:p w:rsidR="00781DFE" w:rsidRDefault="00781DFE" w:rsidP="00781DFE"/>
        </w:tc>
        <w:tc>
          <w:tcPr>
            <w:tcW w:w="4818" w:type="dxa"/>
            <w:gridSpan w:val="2"/>
            <w:shd w:val="clear" w:color="auto" w:fill="F0F0F0"/>
          </w:tcPr>
          <w:p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781DFE" w:rsidRDefault="00781DFE" w:rsidP="00781DFE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781DFE" w:rsidRDefault="00781DFE" w:rsidP="00781DFE">
            <w:pPr>
              <w:keepNext/>
            </w:pPr>
          </w:p>
        </w:tc>
      </w:tr>
      <w:tr w:rsidR="00781DFE" w:rsidRPr="00B5567D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p w:rsidR="00A11ECC" w:rsidRPr="00B5567D" w:rsidRDefault="003333B9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:rsidR="00A11ECC" w:rsidRDefault="003333B9">
      <w:pPr>
        <w:spacing w:after="120"/>
        <w:jc w:val="center"/>
      </w:pPr>
      <w:r>
        <w:rPr>
          <w:sz w:val="19"/>
        </w:rPr>
        <w:t>privind începerea execuției lucrărilor</w:t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11ECC">
        <w:trPr>
          <w:cantSplit/>
        </w:trPr>
        <w:tc>
          <w:tcPr>
            <w:tcW w:w="9636" w:type="dxa"/>
            <w:shd w:val="clear" w:color="auto" w:fill="F4F4F4"/>
          </w:tcPr>
          <w:p w:rsidR="00A11ECC" w:rsidRDefault="003333B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>
        <w:trPr>
          <w:cantSplit/>
          <w:trHeight w:val="510"/>
        </w:trPr>
        <w:tc>
          <w:tcPr>
            <w:tcW w:w="9636" w:type="dxa"/>
          </w:tcPr>
          <w:p w:rsidR="00A11ECC" w:rsidRPr="00E6757A" w:rsidRDefault="00A11ECC">
            <w:pPr>
              <w:keepNext/>
              <w:rPr>
                <w:lang w:val="fr-FR"/>
              </w:rPr>
            </w:pP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6757A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781DFE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 xml:space="preserve">Cererea va fi adresată către conducerea Inspectoratului </w:t>
            </w:r>
            <w:r>
              <w:rPr>
                <w:lang w:val="fr-FR"/>
              </w:rPr>
              <w:t>Teritorial în Construcții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333B9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5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333B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333B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3333B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>
        <w:trPr>
          <w:cantSplit/>
          <w:trHeight w:val="510"/>
        </w:trPr>
        <w:tc>
          <w:tcPr>
            <w:tcW w:w="4015" w:type="dxa"/>
            <w:gridSpan w:val="3"/>
          </w:tcPr>
          <w:p w:rsidR="00A11ECC" w:rsidRDefault="003333B9">
            <w:r>
              <w:rPr>
                <w:b/>
                <w:color w:val="0D5F78"/>
              </w:rPr>
              <w:t>Telefon / fax</w:t>
            </w:r>
          </w:p>
          <w:p w:rsidR="00A11ECC" w:rsidRDefault="00A11ECC"/>
        </w:tc>
        <w:tc>
          <w:tcPr>
            <w:tcW w:w="5621" w:type="dxa"/>
            <w:gridSpan w:val="5"/>
          </w:tcPr>
          <w:p w:rsidR="00A11ECC" w:rsidRDefault="003333B9">
            <w:r>
              <w:rPr>
                <w:b/>
                <w:color w:val="0D5F78"/>
              </w:rPr>
              <w:t>E-mail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11ECC" w:rsidRPr="00B5567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E6757A" w:rsidRDefault="003333B9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11ECC" w:rsidRDefault="00A11ECC">
            <w:pPr>
              <w:keepNext/>
            </w:pPr>
          </w:p>
        </w:tc>
        <w:tc>
          <w:tcPr>
            <w:tcW w:w="5621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3333B9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B5567D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E6757A" w:rsidRDefault="003333B9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</w:p>
          <w:p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>Se noteaz</w:t>
            </w:r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B5567D" w:rsidRDefault="003333B9">
            <w:pPr>
              <w:rPr>
                <w:lang w:val="fr-FR"/>
              </w:rPr>
            </w:pPr>
            <w:r w:rsidRPr="00B5567D">
              <w:rPr>
                <w:b/>
                <w:color w:val="0D5F78"/>
                <w:lang w:val="fr-FR"/>
              </w:rPr>
              <w:t>în valoare de (lei)</w:t>
            </w:r>
          </w:p>
          <w:p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:rsidR="00A11ECC" w:rsidRPr="00B5567D" w:rsidRDefault="00A11ECC">
      <w:pPr>
        <w:spacing w:line="168" w:lineRule="auto"/>
        <w:rPr>
          <w:lang w:val="fr-FR"/>
        </w:rPr>
      </w:pPr>
    </w:p>
    <w:p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11ECC">
        <w:trPr>
          <w:cantSplit/>
          <w:trHeight w:val="510"/>
        </w:trPr>
        <w:tc>
          <w:tcPr>
            <w:tcW w:w="2409" w:type="dxa"/>
          </w:tcPr>
          <w:p w:rsidR="00A11ECC" w:rsidRDefault="003333B9">
            <w:r>
              <w:rPr>
                <w:b/>
                <w:color w:val="0D5F78"/>
              </w:rPr>
              <w:t>Că la data de</w:t>
            </w:r>
          </w:p>
          <w:p w:rsidR="00A11ECC" w:rsidRDefault="00A11ECC"/>
        </w:tc>
        <w:tc>
          <w:tcPr>
            <w:tcW w:w="1606" w:type="dxa"/>
          </w:tcPr>
          <w:p w:rsidR="00A11ECC" w:rsidRDefault="003333B9">
            <w:r>
              <w:rPr>
                <w:b/>
                <w:color w:val="0D5F78"/>
              </w:rPr>
              <w:t>ora</w:t>
            </w:r>
          </w:p>
          <w:p w:rsidR="00A11ECC" w:rsidRDefault="00A11ECC"/>
        </w:tc>
        <w:tc>
          <w:tcPr>
            <w:tcW w:w="5621" w:type="dxa"/>
          </w:tcPr>
          <w:p w:rsidR="00A11ECC" w:rsidRPr="00E6757A" w:rsidRDefault="003333B9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vor începe lucrările de construcții autorizate</w:t>
            </w:r>
          </w:p>
          <w:p w:rsidR="00A11ECC" w:rsidRDefault="003333B9">
            <w:r>
              <w:rPr>
                <w:i/>
                <w:color w:val="7A7A7A"/>
              </w:rPr>
              <w:t>pentru imobilul de mai jos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Default="003333B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:rsidTr="00B5567D">
        <w:trPr>
          <w:cantSplit/>
        </w:trPr>
        <w:tc>
          <w:tcPr>
            <w:tcW w:w="9636" w:type="dxa"/>
            <w:gridSpan w:val="6"/>
          </w:tcPr>
          <w:p w:rsidR="00A11ECC" w:rsidRDefault="003333B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:rsidTr="00B5567D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11ECC" w:rsidRDefault="00A11ECC">
            <w:pPr>
              <w:keepNext/>
            </w:pPr>
          </w:p>
        </w:tc>
      </w:tr>
      <w:tr w:rsidR="00A11ECC" w:rsidTr="00B5567D">
        <w:trPr>
          <w:cantSplit/>
          <w:trHeight w:val="510"/>
        </w:trPr>
        <w:tc>
          <w:tcPr>
            <w:tcW w:w="1606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11ECC" w:rsidRDefault="00A11ECC">
            <w:pPr>
              <w:keepNext/>
            </w:pPr>
          </w:p>
        </w:tc>
      </w:tr>
      <w:tr w:rsidR="00A11ECC" w:rsidTr="00B5567D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E6757A" w:rsidRDefault="003333B9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>Număr cadastral</w:t>
            </w:r>
          </w:p>
          <w:p w:rsidR="00A11ECC" w:rsidRPr="00E6757A" w:rsidRDefault="003333B9">
            <w:pPr>
              <w:keepNext/>
              <w:rPr>
                <w:lang w:val="fr-FR"/>
              </w:rPr>
            </w:pPr>
            <w:r w:rsidRPr="00E6757A">
              <w:rPr>
                <w:i/>
                <w:color w:val="7A7A7A"/>
                <w:lang w:val="fr-FR"/>
              </w:rPr>
              <w:t>dacă imobilul e înscris în e-Terra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Default="003333B9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A11ECC" w:rsidRDefault="00A11ECC">
            <w:pPr>
              <w:keepNext/>
            </w:pPr>
          </w:p>
        </w:tc>
      </w:tr>
    </w:tbl>
    <w:p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F81D1D" w:rsidTr="00DE7AC0">
        <w:trPr>
          <w:cantSplit/>
        </w:trPr>
        <w:tc>
          <w:tcPr>
            <w:tcW w:w="9636" w:type="dxa"/>
            <w:shd w:val="clear" w:color="auto" w:fill="F4F4F4"/>
          </w:tcPr>
          <w:p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:rsidTr="00F81D1D">
        <w:trPr>
          <w:cantSplit/>
          <w:trHeight w:val="70"/>
        </w:trPr>
        <w:tc>
          <w:tcPr>
            <w:tcW w:w="9636" w:type="dxa"/>
          </w:tcPr>
          <w:p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;</w:t>
            </w:r>
          </w:p>
          <w:p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F81D1D" w:rsidRPr="00B5567D" w:rsidTr="00DE7AC0">
        <w:trPr>
          <w:cantSplit/>
        </w:trPr>
        <w:tc>
          <w:tcPr>
            <w:tcW w:w="9636" w:type="dxa"/>
            <w:shd w:val="clear" w:color="auto" w:fill="F4F4F4"/>
          </w:tcPr>
          <w:p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:rsidTr="00DE7AC0">
        <w:trPr>
          <w:cantSplit/>
          <w:trHeight w:val="510"/>
        </w:trPr>
        <w:tc>
          <w:tcPr>
            <w:tcW w:w="9636" w:type="dxa"/>
          </w:tcPr>
          <w:p w:rsidR="00F81D1D" w:rsidRPr="00B5567D" w:rsidRDefault="00F81D1D" w:rsidP="00DE7AC0">
            <w:pPr>
              <w:rPr>
                <w:lang w:val="fr-FR"/>
              </w:rPr>
            </w:pP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(Programul Operațional Regional)</w:t>
            </w:r>
          </w:p>
          <w:p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(Programul Operațional Infrastructură Mare)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(Programul național multianual privind creșterea performanței energetice a blocurilor de locuințe)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investiții: </w:t>
            </w:r>
          </w:p>
          <w:p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51574A">
              <w:rPr>
                <w:i/>
                <w:color w:val="7A7A7A"/>
                <w:lang w:val="fr-FR"/>
              </w:rPr>
              <w:t>Numele programului de investiții</w:t>
            </w:r>
            <w:r w:rsidRPr="00B5567D">
              <w:rPr>
                <w:sz w:val="16"/>
                <w:lang w:val="fr-FR"/>
              </w:rPr>
              <w:t xml:space="preserve">            .</w:t>
            </w:r>
          </w:p>
          <w:p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F81D1D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:rsidTr="00DE7AC0">
        <w:trPr>
          <w:cantSplit/>
          <w:trHeight w:val="510"/>
        </w:trPr>
        <w:tc>
          <w:tcPr>
            <w:tcW w:w="1606" w:type="dxa"/>
          </w:tcPr>
          <w:p w:rsidR="00F81D1D" w:rsidRDefault="00F81D1D" w:rsidP="00DE7AC0">
            <w:r>
              <w:rPr>
                <w:b/>
                <w:color w:val="0D5F78"/>
              </w:rPr>
              <w:t>Data</w:t>
            </w:r>
          </w:p>
          <w:p w:rsidR="00F81D1D" w:rsidRDefault="00F81D1D" w:rsidP="00DE7AC0"/>
        </w:tc>
        <w:tc>
          <w:tcPr>
            <w:tcW w:w="4818" w:type="dxa"/>
          </w:tcPr>
          <w:p w:rsidR="00F81D1D" w:rsidRDefault="00F81D1D" w:rsidP="00DE7AC0">
            <w:r>
              <w:rPr>
                <w:b/>
                <w:color w:val="0D5F78"/>
              </w:rPr>
              <w:t>Titularul autorizației</w:t>
            </w:r>
          </w:p>
          <w:p w:rsidR="00F81D1D" w:rsidRDefault="00F81D1D" w:rsidP="00DE7AC0"/>
        </w:tc>
        <w:tc>
          <w:tcPr>
            <w:tcW w:w="3212" w:type="dxa"/>
          </w:tcPr>
          <w:p w:rsidR="00F81D1D" w:rsidRDefault="00F81D1D" w:rsidP="00DE7AC0">
            <w:r>
              <w:rPr>
                <w:b/>
                <w:color w:val="0D5F78"/>
              </w:rPr>
              <w:t>Semnătura</w:t>
            </w:r>
          </w:p>
          <w:p w:rsidR="00F81D1D" w:rsidRDefault="00F81D1D" w:rsidP="00DE7AC0"/>
        </w:tc>
      </w:tr>
    </w:tbl>
    <w:p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F81D1D" w:rsidRPr="00B5567D" w:rsidTr="00DE7AC0">
        <w:trPr>
          <w:cantSplit/>
        </w:trPr>
        <w:tc>
          <w:tcPr>
            <w:tcW w:w="9636" w:type="dxa"/>
            <w:shd w:val="clear" w:color="auto" w:fill="F4F4F4"/>
          </w:tcPr>
          <w:p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inspectoratul teritorial în construcții.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2EB" w:rsidRDefault="003802EB">
      <w:r>
        <w:separator/>
      </w:r>
    </w:p>
  </w:endnote>
  <w:endnote w:type="continuationSeparator" w:id="0">
    <w:p w:rsidR="003802EB" w:rsidRDefault="003802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CC" w:rsidRDefault="003333B9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7455A0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7455A0">
      <w:rPr>
        <w:color w:val="595959"/>
      </w:rPr>
      <w:fldChar w:fldCharType="separate"/>
    </w:r>
    <w:r w:rsidR="00053634">
      <w:rPr>
        <w:noProof/>
        <w:color w:val="595959"/>
      </w:rPr>
      <w:t>1</w:t>
    </w:r>
    <w:r w:rsidR="007455A0">
      <w:rPr>
        <w:color w:val="595959"/>
      </w:rPr>
      <w:fldChar w:fldCharType="end"/>
    </w:r>
    <w:r>
      <w:rPr>
        <w:color w:val="595959"/>
      </w:rPr>
      <w:t xml:space="preserve"> din </w:t>
    </w:r>
    <w:r w:rsidR="007455A0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7455A0">
      <w:rPr>
        <w:color w:val="595959"/>
      </w:rPr>
      <w:fldChar w:fldCharType="separate"/>
    </w:r>
    <w:r w:rsidR="00053634">
      <w:rPr>
        <w:noProof/>
        <w:color w:val="595959"/>
      </w:rPr>
      <w:t>2</w:t>
    </w:r>
    <w:r w:rsidR="007455A0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2EB" w:rsidRDefault="003802EB">
      <w:r>
        <w:separator/>
      </w:r>
    </w:p>
  </w:footnote>
  <w:footnote w:type="continuationSeparator" w:id="0">
    <w:p w:rsidR="003802EB" w:rsidRDefault="003802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7D" w:rsidRDefault="00B5567D">
    <w:pPr>
      <w:pStyle w:val="Header"/>
      <w:rPr>
        <w:color w:val="595959"/>
      </w:rPr>
    </w:pPr>
    <w:r>
      <w:rPr>
        <w:color w:val="595959"/>
      </w:rPr>
      <w:t>F_A_09 · versiunea 1.0</w:t>
    </w:r>
  </w:p>
  <w:p w:rsidR="00B5567D" w:rsidRDefault="00B5567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53634"/>
    <w:rsid w:val="0006063C"/>
    <w:rsid w:val="00123DA8"/>
    <w:rsid w:val="0015074B"/>
    <w:rsid w:val="00266180"/>
    <w:rsid w:val="00271790"/>
    <w:rsid w:val="0029639D"/>
    <w:rsid w:val="002A5ABA"/>
    <w:rsid w:val="00326F90"/>
    <w:rsid w:val="003333B9"/>
    <w:rsid w:val="003802EB"/>
    <w:rsid w:val="005D50DD"/>
    <w:rsid w:val="006E037C"/>
    <w:rsid w:val="007455A0"/>
    <w:rsid w:val="00781DFE"/>
    <w:rsid w:val="00A11ECC"/>
    <w:rsid w:val="00AA1D8D"/>
    <w:rsid w:val="00B47730"/>
    <w:rsid w:val="00B54A8D"/>
    <w:rsid w:val="00B5567D"/>
    <w:rsid w:val="00B84E70"/>
    <w:rsid w:val="00C93562"/>
    <w:rsid w:val="00CB0664"/>
    <w:rsid w:val="00CD46D6"/>
    <w:rsid w:val="00E61A6B"/>
    <w:rsid w:val="00E6757A"/>
    <w:rsid w:val="00E71081"/>
    <w:rsid w:val="00F27D90"/>
    <w:rsid w:val="00F74426"/>
    <w:rsid w:val="00F81D1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D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213522-F2FA-4741-993C-A9CF34FE2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5</cp:revision>
  <dcterms:created xsi:type="dcterms:W3CDTF">2026-08-24T15:14:00Z</dcterms:created>
  <dcterms:modified xsi:type="dcterms:W3CDTF">2026-08-31T12:44:00Z</dcterms:modified>
  <cp:category/>
</cp:coreProperties>
</file>