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655721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655721" w:rsidRDefault="00655721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655721" w:rsidRDefault="00655721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655721" w:rsidRPr="00143D03">
        <w:trPr>
          <w:cantSplit/>
          <w:trHeight w:val="510"/>
        </w:trPr>
        <w:tc>
          <w:tcPr>
            <w:tcW w:w="1606" w:type="dxa"/>
            <w:vMerge/>
          </w:tcPr>
          <w:p w:rsidR="00655721" w:rsidRDefault="00655721"/>
        </w:tc>
        <w:tc>
          <w:tcPr>
            <w:tcW w:w="8030" w:type="dxa"/>
            <w:gridSpan w:val="3"/>
            <w:shd w:val="clear" w:color="auto" w:fill="F0F0F0"/>
          </w:tcPr>
          <w:p w:rsidR="009C798C" w:rsidRPr="009C798C" w:rsidRDefault="009C798C" w:rsidP="009C798C">
            <w:pPr>
              <w:keepNext/>
              <w:rPr>
                <w:b/>
                <w:color w:val="0D5F78"/>
                <w:lang w:val="fr-FR"/>
              </w:rPr>
            </w:pPr>
            <w:r w:rsidRPr="009C798C">
              <w:rPr>
                <w:b/>
                <w:color w:val="0D5F78"/>
                <w:lang w:val="fr-FR"/>
              </w:rPr>
              <w:t>Inspectoratul de Stat în Construcții – Inspectoratul Teritorial în Construcții</w:t>
            </w:r>
          </w:p>
          <w:p w:rsidR="00655721" w:rsidRDefault="00655721" w:rsidP="00983CB0">
            <w:pPr>
              <w:keepNext/>
            </w:pPr>
          </w:p>
        </w:tc>
      </w:tr>
      <w:tr w:rsidR="00655721">
        <w:trPr>
          <w:cantSplit/>
          <w:trHeight w:val="510"/>
        </w:trPr>
        <w:tc>
          <w:tcPr>
            <w:tcW w:w="1606" w:type="dxa"/>
            <w:vMerge/>
          </w:tcPr>
          <w:p w:rsidR="00655721" w:rsidRPr="00895605" w:rsidRDefault="00655721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:rsidR="00655721" w:rsidRPr="00F801F2" w:rsidRDefault="00655721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655721" w:rsidRDefault="00655721" w:rsidP="00983CB0">
            <w:pPr>
              <w:keepNext/>
            </w:pPr>
          </w:p>
          <w:p w:rsidR="00655721" w:rsidRPr="00F801F2" w:rsidRDefault="00655721" w:rsidP="00983CB0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40488E" w:rsidRPr="0040488E" w:rsidRDefault="00655721" w:rsidP="0040488E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40488E">
              <w:rPr>
                <w:b/>
                <w:color w:val="0D5F78"/>
              </w:rPr>
              <w:t xml:space="preserve">: </w:t>
            </w:r>
          </w:p>
          <w:p w:rsidR="00655721" w:rsidRDefault="00655721">
            <w:pPr>
              <w:keepNext/>
            </w:pPr>
          </w:p>
        </w:tc>
      </w:tr>
      <w:tr w:rsidR="0014338B">
        <w:trPr>
          <w:cantSplit/>
          <w:trHeight w:val="510"/>
        </w:trPr>
        <w:tc>
          <w:tcPr>
            <w:tcW w:w="1606" w:type="dxa"/>
            <w:vMerge/>
          </w:tcPr>
          <w:p w:rsidR="0014338B" w:rsidRDefault="0014338B"/>
        </w:tc>
        <w:tc>
          <w:tcPr>
            <w:tcW w:w="4818" w:type="dxa"/>
            <w:gridSpan w:val="2"/>
            <w:shd w:val="clear" w:color="auto" w:fill="F0F0F0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4338B" w:rsidRDefault="0014338B">
            <w:pPr>
              <w:keepNext/>
            </w:pPr>
          </w:p>
        </w:tc>
      </w:tr>
      <w:tr w:rsidR="0014338B" w:rsidRPr="00143D0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14338B" w:rsidRPr="00895605" w:rsidRDefault="001C2EA9">
            <w:pPr>
              <w:rPr>
                <w:lang w:val="fr-FR"/>
              </w:rPr>
            </w:pPr>
            <w:r w:rsidRPr="00895605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14338B" w:rsidRPr="00143D03" w:rsidRDefault="001C2EA9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:rsidR="00071E24" w:rsidRDefault="001C2EA9" w:rsidP="00071E24">
      <w:pPr>
        <w:spacing w:after="120"/>
        <w:jc w:val="center"/>
        <w:rPr>
          <w:sz w:val="19"/>
        </w:rPr>
      </w:pPr>
      <w:r>
        <w:rPr>
          <w:sz w:val="19"/>
        </w:rPr>
        <w:t>privind încheierea execuției lucrărilor</w:t>
      </w:r>
    </w:p>
    <w:p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1C2EA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>
        <w:trPr>
          <w:cantSplit/>
          <w:trHeight w:val="510"/>
        </w:trPr>
        <w:tc>
          <w:tcPr>
            <w:tcW w:w="9636" w:type="dxa"/>
          </w:tcPr>
          <w:p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>
        <w:trPr>
          <w:cantSplit/>
        </w:trPr>
        <w:tc>
          <w:tcPr>
            <w:tcW w:w="9636" w:type="dxa"/>
            <w:shd w:val="clear" w:color="auto" w:fill="F4F4F4"/>
          </w:tcPr>
          <w:p w:rsidR="0014338B" w:rsidRPr="00895605" w:rsidRDefault="001C2EA9">
            <w:pPr>
              <w:spacing w:line="228" w:lineRule="auto"/>
              <w:rPr>
                <w:lang w:val="fr-FR"/>
              </w:rPr>
            </w:pPr>
            <w:r w:rsidRPr="00895605">
              <w:rPr>
                <w:lang w:val="fr-FR"/>
              </w:rPr>
              <w:t xml:space="preserve">Cererea va fi </w:t>
            </w:r>
            <w:r w:rsidR="00895605" w:rsidRPr="00895605">
              <w:rPr>
                <w:lang w:val="fr-FR"/>
              </w:rPr>
              <w:t>adresată</w:t>
            </w:r>
            <w:r w:rsidRPr="00895605">
              <w:rPr>
                <w:lang w:val="fr-FR"/>
              </w:rPr>
              <w:t xml:space="preserve"> către </w:t>
            </w:r>
            <w:r w:rsidR="00895605" w:rsidRPr="00895605">
              <w:rPr>
                <w:lang w:val="fr-FR"/>
              </w:rPr>
              <w:t xml:space="preserve">conducerea Inspectoratului </w:t>
            </w:r>
            <w:r w:rsidR="00895605">
              <w:rPr>
                <w:lang w:val="fr-FR"/>
              </w:rPr>
              <w:t>Teritorial în Construcții</w:t>
            </w:r>
          </w:p>
        </w:tc>
      </w:tr>
    </w:tbl>
    <w:p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>
        <w:trPr>
          <w:cantSplit/>
          <w:trHeight w:val="510"/>
        </w:trPr>
        <w:tc>
          <w:tcPr>
            <w:tcW w:w="5621" w:type="dxa"/>
            <w:gridSpan w:val="5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>
        <w:trPr>
          <w:cantSplit/>
          <w:trHeight w:val="510"/>
        </w:trPr>
        <w:tc>
          <w:tcPr>
            <w:tcW w:w="4015" w:type="dxa"/>
            <w:gridSpan w:val="3"/>
          </w:tcPr>
          <w:p w:rsidR="0014338B" w:rsidRDefault="001C2EA9">
            <w:r>
              <w:rPr>
                <w:b/>
                <w:color w:val="0D5F78"/>
              </w:rPr>
              <w:t>Telefon / fax</w:t>
            </w:r>
          </w:p>
          <w:p w:rsidR="0014338B" w:rsidRDefault="0014338B"/>
        </w:tc>
        <w:tc>
          <w:tcPr>
            <w:tcW w:w="5621" w:type="dxa"/>
            <w:gridSpan w:val="5"/>
          </w:tcPr>
          <w:p w:rsidR="0014338B" w:rsidRDefault="001C2EA9">
            <w:r>
              <w:rPr>
                <w:b/>
                <w:color w:val="0D5F78"/>
              </w:rPr>
              <w:t>E-mail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14338B" w:rsidRPr="00143D0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Pr="00895605" w:rsidRDefault="001C2EA9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14338B" w:rsidRDefault="0014338B">
            <w:pPr>
              <w:keepNext/>
            </w:pPr>
          </w:p>
        </w:tc>
        <w:tc>
          <w:tcPr>
            <w:tcW w:w="5621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1C2EA9" w:rsidP="00C25235">
            <w:pPr>
              <w:keepNext/>
              <w:rPr>
                <w:b/>
                <w:color w:val="0D5F78"/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  <w:r w:rsidR="00C25235" w:rsidRPr="00143D03">
              <w:rPr>
                <w:b/>
                <w:color w:val="0D5F78"/>
                <w:lang w:val="fr-FR"/>
              </w:rPr>
              <w:t>:</w:t>
            </w:r>
          </w:p>
          <w:p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>Se noteaz</w:t>
            </w:r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1C2EA9" w:rsidP="00C25235">
            <w:pPr>
              <w:rPr>
                <w:lang w:val="fr-FR"/>
              </w:rPr>
            </w:pPr>
            <w:r w:rsidRPr="00143D03">
              <w:rPr>
                <w:b/>
                <w:color w:val="0D5F78"/>
                <w:lang w:val="fr-FR"/>
              </w:rPr>
              <w:t>în valoare de (lei)</w:t>
            </w:r>
          </w:p>
          <w:p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:rsidR="0014338B" w:rsidRPr="00143D03" w:rsidRDefault="001C2EA9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14338B">
        <w:trPr>
          <w:cantSplit/>
          <w:trHeight w:val="510"/>
        </w:trPr>
        <w:tc>
          <w:tcPr>
            <w:tcW w:w="2409" w:type="dxa"/>
          </w:tcPr>
          <w:p w:rsidR="0014338B" w:rsidRDefault="001C2EA9">
            <w:r>
              <w:rPr>
                <w:b/>
                <w:color w:val="0D5F78"/>
              </w:rPr>
              <w:t>Că la data de</w:t>
            </w:r>
          </w:p>
          <w:p w:rsidR="0014338B" w:rsidRDefault="0014338B"/>
        </w:tc>
        <w:tc>
          <w:tcPr>
            <w:tcW w:w="1606" w:type="dxa"/>
          </w:tcPr>
          <w:p w:rsidR="0014338B" w:rsidRDefault="001C2EA9">
            <w:r>
              <w:rPr>
                <w:b/>
                <w:color w:val="0D5F78"/>
              </w:rPr>
              <w:t>ora</w:t>
            </w:r>
          </w:p>
          <w:p w:rsidR="0014338B" w:rsidRDefault="0014338B"/>
        </w:tc>
        <w:tc>
          <w:tcPr>
            <w:tcW w:w="5621" w:type="dxa"/>
          </w:tcPr>
          <w:p w:rsidR="0014338B" w:rsidRPr="00895605" w:rsidRDefault="001C2EA9">
            <w:pPr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au fost finalizate lucrările de construcții autorizate</w:t>
            </w:r>
          </w:p>
          <w:p w:rsidR="0014338B" w:rsidRDefault="001C2EA9">
            <w:r>
              <w:rPr>
                <w:i/>
                <w:color w:val="7A7A7A"/>
              </w:rPr>
              <w:t>pentru imobilul de mai jos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4338B" w:rsidRDefault="001C2EA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4338B" w:rsidTr="00365E65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5621" w:type="dxa"/>
            <w:gridSpan w:val="3"/>
          </w:tcPr>
          <w:p w:rsidR="0014338B" w:rsidRPr="00895605" w:rsidRDefault="001C2EA9">
            <w:pPr>
              <w:keepNext/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Număr cadastral</w:t>
            </w:r>
          </w:p>
          <w:p w:rsidR="0014338B" w:rsidRPr="00895605" w:rsidRDefault="001C2EA9">
            <w:pPr>
              <w:keepNext/>
              <w:rPr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dacă imobilul e înscris în e-Terra</w:t>
            </w:r>
          </w:p>
        </w:tc>
        <w:tc>
          <w:tcPr>
            <w:tcW w:w="4015" w:type="dxa"/>
            <w:gridSpan w:val="3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1C2EA9">
            <w:r>
              <w:rPr>
                <w:sz w:val="16"/>
              </w:rPr>
              <w:t xml:space="preserve"> ☐ extras de carte funciară actualizat, anexat     ☐ plan de încadrare în zonă în sistem Stereo 70, anexat</w:t>
            </w:r>
          </w:p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06"/>
      </w:tblGrid>
      <w:tr w:rsidR="00365E65" w:rsidRPr="00365E65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:rsidTr="00B35B08">
        <w:trPr>
          <w:cantSplit/>
        </w:trPr>
        <w:tc>
          <w:tcPr>
            <w:tcW w:w="9606" w:type="dxa"/>
          </w:tcPr>
          <w:p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copie a înștiințării privind începerea execuției lucrărilor, înregistrată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declar că înstiințarea privind începerea execuției lucrărilor nu a fost depusă.  </w:t>
            </w:r>
          </w:p>
        </w:tc>
      </w:tr>
    </w:tbl>
    <w:p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06"/>
      </w:tblGrid>
      <w:tr w:rsidR="00FC030E" w:rsidRPr="00365E65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:rsidTr="00DE7AC0">
        <w:trPr>
          <w:cantSplit/>
        </w:trPr>
        <w:tc>
          <w:tcPr>
            <w:tcW w:w="9606" w:type="dxa"/>
          </w:tcPr>
          <w:p w:rsidR="00FC030E" w:rsidRPr="00C25235" w:rsidRDefault="00FC030E" w:rsidP="00FC030E">
            <w:r>
              <w:rPr>
                <w:sz w:val="16"/>
              </w:rPr>
              <w:t xml:space="preserve"> </w:t>
            </w:r>
            <w:r>
              <w:rPr>
                <w:b/>
                <w:color w:val="0D5F78"/>
              </w:rPr>
              <w:t>în valoare de (lei)</w:t>
            </w:r>
          </w:p>
          <w:p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r w:rsidRPr="00143D03">
              <w:rPr>
                <w:i/>
                <w:color w:val="7A7A7A"/>
              </w:rPr>
              <w:t>Valoarea reală a lucrărilor executate este valoarea finală, fără TVA, a valorilor executate, conform  art. 352 din Codul amenajării teritoriului, urbanismului şi construcţiilor, în vigoare de la 25.08.2026</w:t>
            </w:r>
          </w:p>
        </w:tc>
      </w:tr>
    </w:tbl>
    <w:p w:rsidR="00FC030E" w:rsidRDefault="00FC030E">
      <w:pPr>
        <w:spacing w:line="168" w:lineRule="auto"/>
      </w:pPr>
    </w:p>
    <w:p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1C2EA9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:rsidTr="00B862D0">
        <w:trPr>
          <w:cantSplit/>
          <w:trHeight w:val="2831"/>
        </w:trPr>
        <w:tc>
          <w:tcPr>
            <w:tcW w:w="9636" w:type="dxa"/>
          </w:tcPr>
          <w:p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143D03">
              <w:rPr>
                <w:b/>
                <w:color w:val="0D5F78"/>
              </w:rPr>
              <w:t xml:space="preserve">Dovada achitării cotei de 0,1% din valoarea lucrărilor autorizate (inclusiv diferențe rezultate ca urmare a actualizării valorii reale/finale a lucrărilor executate), în conformitate cu prevederile art.143 din Codul amenajării teritoriului, urbanismului şi construcţiilor, în vigoare de la 25.08.2026. 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;</w:t>
            </w:r>
          </w:p>
          <w:p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r w:rsidRPr="00CC429A">
              <w:rPr>
                <w:b/>
                <w:color w:val="0D5F78"/>
                <w:lang w:val="fr-FR"/>
              </w:rPr>
              <w:t xml:space="preserve">Dovada achitării sumei rezultate ca diferenţă între suma echivalentă cotei de 0,5% aplicate valorii finale, fără TVA, a lucrărilor executate şi suma virată potrivit prevederilor art. 352 din </w:t>
            </w:r>
            <w:r w:rsidRPr="00CC429A">
              <w:rPr>
                <w:b/>
                <w:bCs/>
                <w:color w:val="0D5F78"/>
                <w:lang w:val="fr-FR"/>
              </w:rPr>
              <w:t>Codul amenajării teritoriului, urbanismului şi construcţiilor, în vigoare de la 25.08.2026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r w:rsidRPr="00143D03">
              <w:rPr>
                <w:b/>
                <w:color w:val="0D5F78"/>
              </w:rPr>
              <w:t>Adresa/Declarația privind valoarea reală a lucrărilor executate, eliberată de emitentul autorizației.</w:t>
            </w:r>
          </w:p>
          <w:p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51574A" w:rsidRPr="00143D03" w:rsidTr="00DE7AC0">
        <w:trPr>
          <w:cantSplit/>
        </w:trPr>
        <w:tc>
          <w:tcPr>
            <w:tcW w:w="9636" w:type="dxa"/>
            <w:shd w:val="clear" w:color="auto" w:fill="F4F4F4"/>
          </w:tcPr>
          <w:p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:rsidTr="00F33D43">
        <w:trPr>
          <w:cantSplit/>
          <w:trHeight w:val="510"/>
        </w:trPr>
        <w:tc>
          <w:tcPr>
            <w:tcW w:w="9636" w:type="dxa"/>
          </w:tcPr>
          <w:p w:rsidR="0051574A" w:rsidRPr="00143D03" w:rsidRDefault="0051574A" w:rsidP="00DE7AC0">
            <w:pPr>
              <w:rPr>
                <w:lang w:val="fr-FR"/>
              </w:rPr>
            </w:pP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(Planul Național de Redresare și Reziliență)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(Planul Național de Dezvoltare Locală)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(Programul Național de investiții Anghel Saligny)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(Programul Național de Dezvoltare Rurală)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(Programul Operațional Regional)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(Programul Operațional Infrastructură Mare)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(Programul de construcții de locuințe sociale și de necessitate)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(Programul național multianual privind creșterea performanței energetice a blocurilor de locuințe)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ANL – MDLPA Programe de construcții de locuințe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CNAIR – Ministerul Transporturilor și Infrastructurii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investiții: 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51574A">
              <w:rPr>
                <w:i/>
                <w:color w:val="7A7A7A"/>
                <w:lang w:val="fr-FR"/>
              </w:rPr>
              <w:t>Numele programului de investiții</w:t>
            </w:r>
            <w:r w:rsidRPr="00143D03">
              <w:rPr>
                <w:sz w:val="16"/>
                <w:lang w:val="fr-FR"/>
              </w:rPr>
              <w:t xml:space="preserve">            .</w:t>
            </w:r>
          </w:p>
          <w:p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1C2EA9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1C2EA9">
            <w:r>
              <w:rPr>
                <w:b/>
                <w:color w:val="0D5F78"/>
              </w:rPr>
              <w:t>Data</w:t>
            </w:r>
          </w:p>
          <w:p w:rsidR="0014338B" w:rsidRDefault="0014338B"/>
        </w:tc>
        <w:tc>
          <w:tcPr>
            <w:tcW w:w="4818" w:type="dxa"/>
          </w:tcPr>
          <w:p w:rsidR="0014338B" w:rsidRDefault="001C2EA9">
            <w:r>
              <w:rPr>
                <w:b/>
                <w:color w:val="0D5F78"/>
              </w:rPr>
              <w:t>Titularul autorizației</w:t>
            </w:r>
          </w:p>
          <w:p w:rsidR="0014338B" w:rsidRDefault="0014338B"/>
        </w:tc>
        <w:tc>
          <w:tcPr>
            <w:tcW w:w="3212" w:type="dxa"/>
          </w:tcPr>
          <w:p w:rsidR="0014338B" w:rsidRDefault="001C2EA9">
            <w:r>
              <w:rPr>
                <w:b/>
                <w:color w:val="0D5F78"/>
              </w:rPr>
              <w:t>Semnătura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p w:rsidR="0014338B" w:rsidRDefault="0014338B">
      <w:pPr>
        <w:spacing w:line="168" w:lineRule="auto"/>
        <w:rPr>
          <w:lang w:val="fr-FR"/>
        </w:rPr>
      </w:pPr>
    </w:p>
    <w:p w:rsidR="00FB057B" w:rsidRDefault="00FB057B">
      <w:pPr>
        <w:spacing w:line="168" w:lineRule="auto"/>
        <w:rPr>
          <w:lang w:val="fr-FR"/>
        </w:rPr>
      </w:pPr>
    </w:p>
    <w:p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19F" w:rsidRDefault="00BD419F">
      <w:r>
        <w:separator/>
      </w:r>
    </w:p>
  </w:endnote>
  <w:endnote w:type="continuationSeparator" w:id="0">
    <w:p w:rsidR="00BD419F" w:rsidRDefault="00BD4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8B" w:rsidRDefault="001C2EA9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 w:rsidR="00FF45E7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FF45E7">
      <w:rPr>
        <w:color w:val="595959"/>
      </w:rPr>
      <w:fldChar w:fldCharType="separate"/>
    </w:r>
    <w:r w:rsidR="009C798C">
      <w:rPr>
        <w:noProof/>
        <w:color w:val="595959"/>
      </w:rPr>
      <w:t>2</w:t>
    </w:r>
    <w:r w:rsidR="00FF45E7">
      <w:rPr>
        <w:color w:val="595959"/>
      </w:rPr>
      <w:fldChar w:fldCharType="end"/>
    </w:r>
    <w:r>
      <w:rPr>
        <w:color w:val="595959"/>
      </w:rPr>
      <w:t xml:space="preserve"> din </w:t>
    </w:r>
    <w:r w:rsidR="00FF45E7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FF45E7">
      <w:rPr>
        <w:color w:val="595959"/>
      </w:rPr>
      <w:fldChar w:fldCharType="separate"/>
    </w:r>
    <w:r w:rsidR="009C798C">
      <w:rPr>
        <w:noProof/>
        <w:color w:val="595959"/>
      </w:rPr>
      <w:t>2</w:t>
    </w:r>
    <w:r w:rsidR="00FF45E7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19F" w:rsidRDefault="00BD419F">
      <w:r>
        <w:separator/>
      </w:r>
    </w:p>
  </w:footnote>
  <w:footnote w:type="continuationSeparator" w:id="0">
    <w:p w:rsidR="00BD419F" w:rsidRDefault="00BD41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03" w:rsidRDefault="00143D03" w:rsidP="00143D03">
    <w:pPr>
      <w:pStyle w:val="Header"/>
      <w:rPr>
        <w:color w:val="595959"/>
      </w:rPr>
    </w:pPr>
    <w:r>
      <w:rPr>
        <w:color w:val="595959"/>
      </w:rPr>
      <w:t>F_A_11 · versiunea 1.0</w:t>
    </w:r>
  </w:p>
  <w:p w:rsidR="00143D03" w:rsidRPr="00143D03" w:rsidRDefault="00143D03" w:rsidP="00143D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1C2EA9"/>
    <w:rsid w:val="0029639D"/>
    <w:rsid w:val="0031695F"/>
    <w:rsid w:val="00326F90"/>
    <w:rsid w:val="00365E65"/>
    <w:rsid w:val="0040488E"/>
    <w:rsid w:val="00442B61"/>
    <w:rsid w:val="004A4CBC"/>
    <w:rsid w:val="004E233A"/>
    <w:rsid w:val="0051574A"/>
    <w:rsid w:val="00525050"/>
    <w:rsid w:val="005903A8"/>
    <w:rsid w:val="005C403B"/>
    <w:rsid w:val="00655721"/>
    <w:rsid w:val="006A1DB8"/>
    <w:rsid w:val="006D7C9B"/>
    <w:rsid w:val="00765D3C"/>
    <w:rsid w:val="00782BA8"/>
    <w:rsid w:val="007B0A4D"/>
    <w:rsid w:val="00856781"/>
    <w:rsid w:val="00895605"/>
    <w:rsid w:val="0091423B"/>
    <w:rsid w:val="0095442A"/>
    <w:rsid w:val="009C25E8"/>
    <w:rsid w:val="009C798C"/>
    <w:rsid w:val="009D2314"/>
    <w:rsid w:val="00AA1D8D"/>
    <w:rsid w:val="00B11050"/>
    <w:rsid w:val="00B35B08"/>
    <w:rsid w:val="00B47730"/>
    <w:rsid w:val="00B56B5D"/>
    <w:rsid w:val="00B862D0"/>
    <w:rsid w:val="00BD419F"/>
    <w:rsid w:val="00C25235"/>
    <w:rsid w:val="00C330B3"/>
    <w:rsid w:val="00C75A7A"/>
    <w:rsid w:val="00CA2AF2"/>
    <w:rsid w:val="00CB0664"/>
    <w:rsid w:val="00CC429A"/>
    <w:rsid w:val="00D028DE"/>
    <w:rsid w:val="00DE33CD"/>
    <w:rsid w:val="00DF3A5F"/>
    <w:rsid w:val="00E61A6B"/>
    <w:rsid w:val="00F657D5"/>
    <w:rsid w:val="00F704F1"/>
    <w:rsid w:val="00F74426"/>
    <w:rsid w:val="00FB057B"/>
    <w:rsid w:val="00FC030E"/>
    <w:rsid w:val="00FC693F"/>
    <w:rsid w:val="00FE22C9"/>
    <w:rsid w:val="00FF4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0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4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732736-A85D-49AF-B93D-BF987E4EE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5</cp:revision>
  <dcterms:created xsi:type="dcterms:W3CDTF">2013-12-23T23:15:00Z</dcterms:created>
  <dcterms:modified xsi:type="dcterms:W3CDTF">2026-09-08T09:59:00Z</dcterms:modified>
  <cp:category/>
</cp:coreProperties>
</file>